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 ואת 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וזמן הווה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ומילות 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חמישים יום אחרי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להר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הקסים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סיגד חל חמישים יום אחרי יום הכיפורים.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במילה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מתפלל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רוקדת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(חג של יהודי 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(קבוצת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(מנהיגים דתיים)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(רצון לדבר רחוק)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היום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אנשים באים לירושלים.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הקסים לובשים לבן ומחזיקים מטריות.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כולם מתפללים יחד.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אחרי התפילה שרים ורוקדים.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מתאר געגוע או חג, משתמש בזמן הווה נכון ובמילים מהדף (לדוגמה: מתגעגע, חג, משפחה).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לכלול: חמישים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הקסים מובילים את התפילה וקוראים באורית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מתגעגע - זכר, מתגעגעת - 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ההקראות בכיתה לפני התרגול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חלק ב' לפני המעבר לחלק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חג הסיגד הוא חג של יהודי אתיופיה, קהילת ביתא ישראל. בדף הזה נלמד על מנהגי החג ונתרגל מילים ומשפטים בעברית.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מתפלל  ·  באים  ·  רוקדת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בחג הפסח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חמישים יום אחרי יום הכיפורים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לאן עולים אנשים באתיופיה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להר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מוביל את התפילה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הקסים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סיגד חל חמישים יום אחרי חג הפסח.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הקסים לובשים בגדים לבנים בחג.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במילה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הקס __________ על ההר.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תמר __________ בשמחה.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החברים __________ לירושלים.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רצון לדבר רחוק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חג של יהודי 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קבוצת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געגועים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מנהיגים דתיים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היום בירושלים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הקסים לובשים לבן ומחזיקים מטריות.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אנשים באים לירושלים.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 התפילה שרים ורוקדים.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כולם מתפללים יחד.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3-5 משפטים קצרים על משהו שאתם מתגעגעים אליו, או על חג שאתם אוהבים.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חוגגים את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 הקסים בחג?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