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וזמן הווה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לריח הלחם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סיגד חל חמישים יום אחרי יום הכיפורים.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תמר הגיעה לפני שנה בלבד.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מתפלל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(חג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אנשים)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(מנהיגים 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(רצון לדבר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(ספר קדוש בשפת געז)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היום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באים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לובשים לבן ומחזיקים מטריות.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התפילה שרים ורוקדים.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מתאר געגוע או חג, משתמש בזמן הווה נכון ובמילים מהדף (לדוגמה: מתגעגע, חג, משפחה).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לכלול: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 מובילים את התפילה וקוראים באורית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מתגעגע - זכר, מתגעגעת -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ההקראות בכיתה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ב' לפני המעבר לחלק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סיגד הוא חג של יהודי אתיופיה. בדף הזה נלמד מילים חדשות ונתרגל עברית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חג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אנשים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קדוש שקוראים בחג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געגועים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של חוסר במשהו רחוק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שהגיע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הליכה עם נוף 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בחג הפסח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הולכים בחג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מנהיג את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שפה כתוב הספר הקדוש?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תמר מתגעגעת אליו?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למכונית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לריח הלחם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למשחקים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חל חמישים יום אחרי חג הפסח.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לובשים בגדים לבנים בחג.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הקסים מחזיקים מטריות צבעוניות.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הגיעה לישראל לפני עשר שנים.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במילה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הקס __________ על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 __________ בשמחה.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החברים __________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קס אחד,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הם עולים __________ ההר.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היא חוגגת __________ החברים.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מנהיגים 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רצון לדבר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קדוש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אנשים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חג של יהודי אתיופיה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היום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לובשים לבן ומחזיקים מטריות.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מתפללים יחד.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התפילה שרים ורוקדים.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באים לירושלים.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3-5 משפטים קצרים על משהו שאתם מתגעגעים אליו, או על חג שאתם אוהבים.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חוגגים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הקסים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אני מתגעגע כשמדובר בבן, ואיך כשמדובר בבת?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